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Formulář pro odstoupení od kupní smlouvy</w:t>
      </w:r>
    </w:p>
    <w:p>
      <w:r>
        <w:rPr>
          <w:b/>
        </w:rPr>
        <w:t>Adresát (Prodávající):</w:t>
        <w:br/>
      </w:r>
      <w:r>
        <w:t>E-shop: BylinkovyDoktor.cz</w:t>
        <w:br/>
      </w:r>
      <w:r>
        <w:t>MUDr. Zbyněk Mlčoch</w:t>
        <w:br/>
      </w:r>
      <w:r>
        <w:t>Určice (doplňte přesnou adresu pro doručování vratek)</w:t>
      </w:r>
    </w:p>
    <w:p>
      <w:r>
        <w:t>Oznamuji, že tímto odstupuji od smlouvy o nákupu tohoto zboží: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Počet kusů</w:t>
            </w:r>
          </w:p>
        </w:tc>
        <w:tc>
          <w:tcPr>
            <w:tcW w:type="dxa" w:w="4320"/>
          </w:tcPr>
          <w:p>
            <w:r>
              <w:t>Název produktu</w:t>
            </w:r>
          </w:p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</w:tbl>
    <w:p>
      <w:r>
        <w:br/>
      </w:r>
    </w:p>
    <w:p>
      <w:r>
        <w:t>Číslo objednávky / číslo faktury: ...........................................................</w:t>
      </w:r>
    </w:p>
    <w:p>
      <w:r>
        <w:t>Datum převzetí zboží: ...........................................................................</w:t>
      </w:r>
    </w:p>
    <w:p>
      <w:r>
        <w:t>Jméno a příjmení kupujícího: ..............................................................</w:t>
      </w:r>
    </w:p>
    <w:p>
      <w:r>
        <w:t>Adresa bydliště: ................................................................................</w:t>
      </w:r>
    </w:p>
    <w:p>
      <w:r>
        <w:t>E-mailová adresa: ..............................................................................</w:t>
      </w:r>
    </w:p>
    <w:p>
      <w:r>
        <w:t>Telefonní číslo: ................................................................................</w:t>
      </w:r>
    </w:p>
    <w:p>
      <w:r>
        <w:t>Číslo bankovního účtu pro vrácení peněz: .................................................</w:t>
      </w:r>
    </w:p>
    <w:p>
      <w:r>
        <w:br/>
      </w:r>
    </w:p>
    <w:p>
      <w:r>
        <w:t>V ........................................ dne ........................................</w:t>
      </w:r>
    </w:p>
    <w:p>
      <w:r>
        <w:br/>
        <w:br/>
      </w:r>
    </w:p>
    <w:p>
      <w:r>
        <w:t>......................................................</w:t>
      </w:r>
    </w:p>
    <w:p>
      <w:r>
        <w:t>Podpis spotřebitele (pouze pokud je tento formulář zasílán v listinné podobě)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